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2D52E" w14:textId="77777777" w:rsidR="00A30A45" w:rsidRPr="00BE7104" w:rsidRDefault="00BE7104">
      <w:pPr>
        <w:pStyle w:val="Cm"/>
        <w:rPr>
          <w:rFonts w:ascii="Georgia" w:hAnsi="Georgia"/>
          <w:b/>
          <w:bCs/>
          <w:color w:val="auto"/>
          <w:sz w:val="36"/>
          <w:szCs w:val="36"/>
        </w:rPr>
      </w:pPr>
      <w:r w:rsidRPr="00BE7104">
        <w:rPr>
          <w:rFonts w:ascii="Georgia" w:hAnsi="Georgia"/>
          <w:b/>
          <w:bCs/>
          <w:color w:val="auto"/>
          <w:sz w:val="36"/>
          <w:szCs w:val="36"/>
        </w:rPr>
        <w:t>Magyar Irodalom – Javítóvizsga Témakörök</w:t>
      </w:r>
    </w:p>
    <w:p w14:paraId="5CD90480" w14:textId="77777777" w:rsidR="00A30A45" w:rsidRDefault="00BE7104">
      <w:r>
        <w:t>Tanuló neve: Téglás Zsolt</w:t>
      </w:r>
    </w:p>
    <w:p w14:paraId="6C2B5D50" w14:textId="73C454DE" w:rsidR="00A30A45" w:rsidRDefault="00BE7104">
      <w:proofErr w:type="spellStart"/>
      <w:r>
        <w:t>Osztály</w:t>
      </w:r>
      <w:proofErr w:type="spellEnd"/>
      <w:r>
        <w:t>: 1/9e</w:t>
      </w:r>
    </w:p>
    <w:p w14:paraId="56A7B541" w14:textId="77777777" w:rsidR="00A30A45" w:rsidRPr="00BE7104" w:rsidRDefault="00BE7104" w:rsidP="00BE7104">
      <w:pPr>
        <w:pStyle w:val="Cmsor1"/>
        <w:spacing w:before="0" w:line="360" w:lineRule="auto"/>
        <w:rPr>
          <w:color w:val="auto"/>
        </w:rPr>
      </w:pPr>
      <w:r w:rsidRPr="00BE7104">
        <w:rPr>
          <w:color w:val="auto"/>
        </w:rPr>
        <w:t>Témakörök:</w:t>
      </w:r>
    </w:p>
    <w:p w14:paraId="7AE16DBB" w14:textId="77777777" w:rsidR="00A30A45" w:rsidRPr="00BE7104" w:rsidRDefault="00BE7104" w:rsidP="00BE7104">
      <w:pPr>
        <w:pStyle w:val="Szmozottlista"/>
        <w:numPr>
          <w:ilvl w:val="0"/>
          <w:numId w:val="0"/>
        </w:num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E7104">
        <w:rPr>
          <w:rFonts w:ascii="Times New Roman" w:hAnsi="Times New Roman" w:cs="Times New Roman"/>
          <w:b/>
          <w:bCs/>
          <w:sz w:val="24"/>
          <w:szCs w:val="24"/>
        </w:rPr>
        <w:t>1. Balassi Bálint élete és költészete</w:t>
      </w:r>
    </w:p>
    <w:p w14:paraId="353B8716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 A reneszánsz magyar irodalom jellemzői Balassi műveiben</w:t>
      </w:r>
    </w:p>
    <w:p w14:paraId="47BA1D0D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 A szerelmi, vallásos és vitézi versek tematikája</w:t>
      </w:r>
    </w:p>
    <w:p w14:paraId="49F94F31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 Balassi költői újításai, nyelvezete, formavilága</w:t>
      </w:r>
    </w:p>
    <w:p w14:paraId="7C5FF1F9" w14:textId="77777777" w:rsidR="00A30A45" w:rsidRPr="00BE7104" w:rsidRDefault="00BE7104" w:rsidP="00BE7104">
      <w:pPr>
        <w:pStyle w:val="Szmozottlista"/>
        <w:numPr>
          <w:ilvl w:val="0"/>
          <w:numId w:val="0"/>
        </w:num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E7104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BE7104">
        <w:rPr>
          <w:rFonts w:ascii="Times New Roman" w:hAnsi="Times New Roman" w:cs="Times New Roman"/>
          <w:b/>
          <w:bCs/>
          <w:sz w:val="24"/>
          <w:szCs w:val="24"/>
        </w:rPr>
        <w:t>. Zrínyi Miklós élete, költői és politikai szerepe</w:t>
      </w:r>
    </w:p>
    <w:p w14:paraId="07D2E23C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 Barokk stílus és hősi eszmény Zrínyi műveiben</w:t>
      </w:r>
    </w:p>
    <w:p w14:paraId="403DC62E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 A Szigeti veszedelem cselekménye és üzenete</w:t>
      </w:r>
    </w:p>
    <w:p w14:paraId="1CE896E6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 Zrínyi történelmi szerepe, katonai és politikai munkássága</w:t>
      </w:r>
    </w:p>
    <w:p w14:paraId="21F1B446" w14:textId="77777777" w:rsidR="00A30A45" w:rsidRPr="00BE7104" w:rsidRDefault="00BE7104" w:rsidP="00BE7104">
      <w:pPr>
        <w:pStyle w:val="Szmozottlista"/>
        <w:numPr>
          <w:ilvl w:val="0"/>
          <w:numId w:val="0"/>
        </w:num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E7104">
        <w:rPr>
          <w:rFonts w:ascii="Times New Roman" w:hAnsi="Times New Roman" w:cs="Times New Roman"/>
          <w:b/>
          <w:bCs/>
          <w:sz w:val="24"/>
          <w:szCs w:val="24"/>
        </w:rPr>
        <w:t>3. A Himnusz és a Szózat összehasonlító elemzése</w:t>
      </w:r>
    </w:p>
    <w:p w14:paraId="509D962E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</w:t>
      </w:r>
      <w:r w:rsidRPr="00BE7104">
        <w:rPr>
          <w:rFonts w:ascii="Times New Roman" w:hAnsi="Times New Roman" w:cs="Times New Roman"/>
          <w:sz w:val="24"/>
          <w:szCs w:val="24"/>
        </w:rPr>
        <w:t xml:space="preserve"> Kölcsey Ferenc: Himnusz – Istenhez szóló fohász, történelmi szenvedések</w:t>
      </w:r>
    </w:p>
    <w:p w14:paraId="489737C1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 Vörösmarty Mihály: Szózat – hazafias buzdítás, jövőbe tekintés</w:t>
      </w:r>
    </w:p>
    <w:p w14:paraId="6C42C72B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 A két mű hangulata, üzenete, a hazaszeretet különböző megjelenése</w:t>
      </w:r>
    </w:p>
    <w:p w14:paraId="58DFB794" w14:textId="77777777" w:rsidR="00A30A45" w:rsidRPr="00BE7104" w:rsidRDefault="00BE7104" w:rsidP="00BE7104">
      <w:pPr>
        <w:pStyle w:val="Szmozottlista"/>
        <w:numPr>
          <w:ilvl w:val="0"/>
          <w:numId w:val="0"/>
        </w:num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E7104">
        <w:rPr>
          <w:rFonts w:ascii="Times New Roman" w:hAnsi="Times New Roman" w:cs="Times New Roman"/>
          <w:b/>
          <w:bCs/>
          <w:sz w:val="24"/>
          <w:szCs w:val="24"/>
        </w:rPr>
        <w:t>4. Balassi Bálint és Zrínyi Miklós költészetének ö</w:t>
      </w:r>
      <w:r w:rsidRPr="00BE7104">
        <w:rPr>
          <w:rFonts w:ascii="Times New Roman" w:hAnsi="Times New Roman" w:cs="Times New Roman"/>
          <w:b/>
          <w:bCs/>
          <w:sz w:val="24"/>
          <w:szCs w:val="24"/>
        </w:rPr>
        <w:t>sszehasonlítása</w:t>
      </w:r>
    </w:p>
    <w:p w14:paraId="19928574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 Stílusbeli különbségek: reneszánsz és barokk</w:t>
      </w:r>
    </w:p>
    <w:p w14:paraId="25168111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 Tematikus eltérések és hasonlóságok</w:t>
      </w:r>
    </w:p>
    <w:p w14:paraId="6B623F6A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• A művek célja: egyéni érzések kifejezése vs. példamutatás</w:t>
      </w:r>
    </w:p>
    <w:p w14:paraId="3327C855" w14:textId="77777777" w:rsidR="00A30A45" w:rsidRPr="00BE7104" w:rsidRDefault="00BE7104" w:rsidP="00BE7104">
      <w:pPr>
        <w:pStyle w:val="Szmozottlista"/>
        <w:numPr>
          <w:ilvl w:val="0"/>
          <w:numId w:val="0"/>
        </w:num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E7104">
        <w:rPr>
          <w:rFonts w:ascii="Times New Roman" w:hAnsi="Times New Roman" w:cs="Times New Roman"/>
          <w:b/>
          <w:bCs/>
          <w:sz w:val="24"/>
          <w:szCs w:val="24"/>
        </w:rPr>
        <w:t>5. Esszé témakörök – egy választandó</w:t>
      </w:r>
    </w:p>
    <w:p w14:paraId="183D446A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A) Zrínyi Miklós hősi eszménye A Szigeti veszedelem alapjá</w:t>
      </w:r>
      <w:r w:rsidRPr="00BE7104">
        <w:rPr>
          <w:rFonts w:ascii="Times New Roman" w:hAnsi="Times New Roman" w:cs="Times New Roman"/>
          <w:sz w:val="24"/>
          <w:szCs w:val="24"/>
        </w:rPr>
        <w:t>n</w:t>
      </w:r>
    </w:p>
    <w:p w14:paraId="017660B1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B) Balassi Bálint szerelmi költészetének elemzése</w:t>
      </w:r>
    </w:p>
    <w:p w14:paraId="35681309" w14:textId="77777777" w:rsidR="00A30A45" w:rsidRPr="00BE7104" w:rsidRDefault="00BE7104" w:rsidP="00BE7104">
      <w:pPr>
        <w:pStyle w:val="Felsorols"/>
        <w:numPr>
          <w:ilvl w:val="0"/>
          <w:numId w:val="0"/>
        </w:numPr>
        <w:spacing w:after="0" w:line="36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t>C) Balassi és Zrínyi irodalmi és történelmi szerepének összehasonlítása</w:t>
      </w:r>
    </w:p>
    <w:p w14:paraId="2141CE74" w14:textId="574FB385" w:rsidR="00A30A45" w:rsidRDefault="00BE7104" w:rsidP="00BE71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7104">
        <w:rPr>
          <w:rFonts w:ascii="Times New Roman" w:hAnsi="Times New Roman" w:cs="Times New Roman"/>
          <w:sz w:val="24"/>
          <w:szCs w:val="24"/>
        </w:rPr>
        <w:br/>
        <w:t xml:space="preserve">A témakörök alapján a dolgozat kérdései az adott szerzők munkásságára, műveik elemzésére, valamint azok történelmi és </w:t>
      </w:r>
      <w:r w:rsidRPr="00BE7104">
        <w:rPr>
          <w:rFonts w:ascii="Times New Roman" w:hAnsi="Times New Roman" w:cs="Times New Roman"/>
          <w:sz w:val="24"/>
          <w:szCs w:val="24"/>
        </w:rPr>
        <w:t xml:space="preserve">irodalmi jelentőségére irányulnak. A diák a fenti témák részletes ismeretével készülhet </w:t>
      </w:r>
      <w:proofErr w:type="spellStart"/>
      <w:r w:rsidRPr="00BE7104">
        <w:rPr>
          <w:rFonts w:ascii="Times New Roman" w:hAnsi="Times New Roman" w:cs="Times New Roman"/>
          <w:sz w:val="24"/>
          <w:szCs w:val="24"/>
        </w:rPr>
        <w:t>fel</w:t>
      </w:r>
      <w:proofErr w:type="spellEnd"/>
      <w:r w:rsidRPr="00BE710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E7104">
        <w:rPr>
          <w:rFonts w:ascii="Times New Roman" w:hAnsi="Times New Roman" w:cs="Times New Roman"/>
          <w:sz w:val="24"/>
          <w:szCs w:val="24"/>
        </w:rPr>
        <w:t>eredményesen</w:t>
      </w:r>
      <w:proofErr w:type="spellEnd"/>
      <w:r w:rsidRPr="00BE7104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BE7104">
        <w:rPr>
          <w:rFonts w:ascii="Times New Roman" w:hAnsi="Times New Roman" w:cs="Times New Roman"/>
          <w:sz w:val="24"/>
          <w:szCs w:val="24"/>
        </w:rPr>
        <w:t>javítóvizsgára</w:t>
      </w:r>
      <w:proofErr w:type="spellEnd"/>
      <w:r w:rsidRPr="00BE7104">
        <w:rPr>
          <w:rFonts w:ascii="Times New Roman" w:hAnsi="Times New Roman" w:cs="Times New Roman"/>
          <w:sz w:val="24"/>
          <w:szCs w:val="24"/>
        </w:rPr>
        <w:t>.</w:t>
      </w:r>
    </w:p>
    <w:p w14:paraId="27A6D381" w14:textId="460CBBB4" w:rsidR="00BE7104" w:rsidRDefault="00BE7104" w:rsidP="00BE71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89B8F0" w14:textId="2111C51D" w:rsidR="00BE7104" w:rsidRDefault="00BE7104" w:rsidP="00BE71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Budapest, 2025.06.17.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Székely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Lajos </w:t>
      </w:r>
    </w:p>
    <w:p w14:paraId="72B7CD59" w14:textId="53C60F76" w:rsidR="00BE7104" w:rsidRPr="00BE7104" w:rsidRDefault="00BE7104" w:rsidP="00BE71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magyar-kommunikáció</w:t>
      </w:r>
      <w:proofErr w:type="spellEnd"/>
    </w:p>
    <w:sectPr w:rsidR="00BE7104" w:rsidRPr="00BE7104" w:rsidSect="00BE7104">
      <w:pgSz w:w="12240" w:h="15840"/>
      <w:pgMar w:top="567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auto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Szmozottlist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Szmozottlist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Felsorol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Felsorol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99F607B2"/>
    <w:lvl w:ilvl="0">
      <w:start w:val="1"/>
      <w:numFmt w:val="decimal"/>
      <w:pStyle w:val="Szmozott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CD12AC68"/>
    <w:lvl w:ilvl="0">
      <w:start w:val="1"/>
      <w:numFmt w:val="bullet"/>
      <w:pStyle w:val="Felsorol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7"/>
  </w:num>
  <w:num w:numId="11">
    <w:abstractNumId w:val="7"/>
  </w:num>
  <w:num w:numId="12">
    <w:abstractNumId w:val="7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30A45"/>
    <w:rsid w:val="00AA1D8D"/>
    <w:rsid w:val="00B47730"/>
    <w:rsid w:val="00BE7104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2973F8C"/>
  <w14:defaultImageDpi w14:val="300"/>
  <w15:docId w15:val="{28B4FAE9-7AFA-4C76-89CF-C63310E0C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FC693F"/>
  </w:style>
  <w:style w:type="paragraph" w:styleId="Cmsor1">
    <w:name w:val="heading 1"/>
    <w:basedOn w:val="Norml"/>
    <w:next w:val="Norml"/>
    <w:link w:val="Cmsor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E618BF"/>
  </w:style>
  <w:style w:type="paragraph" w:styleId="llb">
    <w:name w:val="footer"/>
    <w:basedOn w:val="Norml"/>
    <w:link w:val="llb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E618BF"/>
  </w:style>
  <w:style w:type="paragraph" w:styleId="Nincstrkz">
    <w:name w:val="No Spacing"/>
    <w:uiPriority w:val="1"/>
    <w:qFormat/>
    <w:rsid w:val="00FC693F"/>
    <w:pPr>
      <w:spacing w:after="0" w:line="240" w:lineRule="auto"/>
    </w:pPr>
  </w:style>
  <w:style w:type="character" w:customStyle="1" w:styleId="Cmsor1Char">
    <w:name w:val="Címsor 1 Char"/>
    <w:basedOn w:val="Bekezdsalapbettpusa"/>
    <w:link w:val="Cmsor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msor2Char">
    <w:name w:val="Címsor 2 Char"/>
    <w:basedOn w:val="Bekezdsalapbettpusa"/>
    <w:link w:val="Cmsor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Cm">
    <w:name w:val="Title"/>
    <w:basedOn w:val="Norml"/>
    <w:next w:val="Norml"/>
    <w:link w:val="Cm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mChar">
    <w:name w:val="Cím Char"/>
    <w:basedOn w:val="Bekezdsalapbettpusa"/>
    <w:link w:val="Cm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cm">
    <w:name w:val="Subtitle"/>
    <w:basedOn w:val="Norml"/>
    <w:next w:val="Norml"/>
    <w:link w:val="Alcm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lcmChar">
    <w:name w:val="Alcím Char"/>
    <w:basedOn w:val="Bekezdsalapbettpusa"/>
    <w:link w:val="Alcm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aszerbekezds">
    <w:name w:val="List Paragraph"/>
    <w:basedOn w:val="Norml"/>
    <w:uiPriority w:val="34"/>
    <w:qFormat/>
    <w:rsid w:val="00FC693F"/>
    <w:pPr>
      <w:ind w:left="720"/>
      <w:contextualSpacing/>
    </w:pPr>
  </w:style>
  <w:style w:type="paragraph" w:styleId="Szvegtrzs">
    <w:name w:val="Body Text"/>
    <w:basedOn w:val="Norml"/>
    <w:link w:val="SzvegtrzsChar"/>
    <w:uiPriority w:val="99"/>
    <w:unhideWhenUsed/>
    <w:rsid w:val="00AA1D8D"/>
    <w:pPr>
      <w:spacing w:after="120"/>
    </w:pPr>
  </w:style>
  <w:style w:type="character" w:customStyle="1" w:styleId="SzvegtrzsChar">
    <w:name w:val="Szövegtörzs Char"/>
    <w:basedOn w:val="Bekezdsalapbettpusa"/>
    <w:link w:val="Szvegtrzs"/>
    <w:uiPriority w:val="99"/>
    <w:rsid w:val="00AA1D8D"/>
  </w:style>
  <w:style w:type="paragraph" w:styleId="Szvegtrzs2">
    <w:name w:val="Body Text 2"/>
    <w:basedOn w:val="Norml"/>
    <w:link w:val="Szvegtrzs2Char"/>
    <w:uiPriority w:val="99"/>
    <w:unhideWhenUsed/>
    <w:rsid w:val="00AA1D8D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rsid w:val="00AA1D8D"/>
  </w:style>
  <w:style w:type="paragraph" w:styleId="Szvegtrzs3">
    <w:name w:val="Body Text 3"/>
    <w:basedOn w:val="Norml"/>
    <w:link w:val="Szvegtrzs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Szvegtrzs3Char">
    <w:name w:val="Szövegtörzs 3 Char"/>
    <w:basedOn w:val="Bekezdsalapbettpusa"/>
    <w:link w:val="Szvegtrzs3"/>
    <w:uiPriority w:val="99"/>
    <w:rsid w:val="00AA1D8D"/>
    <w:rPr>
      <w:sz w:val="16"/>
      <w:szCs w:val="16"/>
    </w:rPr>
  </w:style>
  <w:style w:type="paragraph" w:styleId="Lista">
    <w:name w:val="List"/>
    <w:basedOn w:val="Norml"/>
    <w:uiPriority w:val="99"/>
    <w:unhideWhenUsed/>
    <w:rsid w:val="00AA1D8D"/>
    <w:pPr>
      <w:ind w:left="360" w:hanging="360"/>
      <w:contextualSpacing/>
    </w:pPr>
  </w:style>
  <w:style w:type="paragraph" w:styleId="Lista2">
    <w:name w:val="List 2"/>
    <w:basedOn w:val="Norml"/>
    <w:uiPriority w:val="99"/>
    <w:unhideWhenUsed/>
    <w:rsid w:val="00326F90"/>
    <w:pPr>
      <w:ind w:left="720" w:hanging="360"/>
      <w:contextualSpacing/>
    </w:pPr>
  </w:style>
  <w:style w:type="paragraph" w:styleId="Lista3">
    <w:name w:val="List 3"/>
    <w:basedOn w:val="Norml"/>
    <w:uiPriority w:val="99"/>
    <w:unhideWhenUsed/>
    <w:rsid w:val="00326F90"/>
    <w:pPr>
      <w:ind w:left="1080" w:hanging="360"/>
      <w:contextualSpacing/>
    </w:pPr>
  </w:style>
  <w:style w:type="paragraph" w:styleId="Felsorols">
    <w:name w:val="List Bullet"/>
    <w:basedOn w:val="Norml"/>
    <w:uiPriority w:val="99"/>
    <w:unhideWhenUsed/>
    <w:rsid w:val="00326F90"/>
    <w:pPr>
      <w:numPr>
        <w:numId w:val="1"/>
      </w:numPr>
      <w:contextualSpacing/>
    </w:pPr>
  </w:style>
  <w:style w:type="paragraph" w:styleId="Felsorols2">
    <w:name w:val="List Bullet 2"/>
    <w:basedOn w:val="Norml"/>
    <w:uiPriority w:val="99"/>
    <w:unhideWhenUsed/>
    <w:rsid w:val="00326F90"/>
    <w:pPr>
      <w:numPr>
        <w:numId w:val="2"/>
      </w:numPr>
      <w:contextualSpacing/>
    </w:pPr>
  </w:style>
  <w:style w:type="paragraph" w:styleId="Felsorols3">
    <w:name w:val="List Bullet 3"/>
    <w:basedOn w:val="Norml"/>
    <w:uiPriority w:val="99"/>
    <w:unhideWhenUsed/>
    <w:rsid w:val="00326F90"/>
    <w:pPr>
      <w:numPr>
        <w:numId w:val="3"/>
      </w:numPr>
      <w:contextualSpacing/>
    </w:pPr>
  </w:style>
  <w:style w:type="paragraph" w:styleId="Szmozottlista">
    <w:name w:val="List Number"/>
    <w:basedOn w:val="Norml"/>
    <w:uiPriority w:val="99"/>
    <w:unhideWhenUsed/>
    <w:rsid w:val="00326F90"/>
    <w:pPr>
      <w:numPr>
        <w:numId w:val="5"/>
      </w:numPr>
      <w:contextualSpacing/>
    </w:pPr>
  </w:style>
  <w:style w:type="paragraph" w:styleId="Szmozottlista2">
    <w:name w:val="List Number 2"/>
    <w:basedOn w:val="Norml"/>
    <w:uiPriority w:val="99"/>
    <w:unhideWhenUsed/>
    <w:rsid w:val="0029639D"/>
    <w:pPr>
      <w:numPr>
        <w:numId w:val="6"/>
      </w:numPr>
      <w:contextualSpacing/>
    </w:pPr>
  </w:style>
  <w:style w:type="paragraph" w:styleId="Szmozottlista3">
    <w:name w:val="List Number 3"/>
    <w:basedOn w:val="Norml"/>
    <w:uiPriority w:val="99"/>
    <w:unhideWhenUsed/>
    <w:rsid w:val="0029639D"/>
    <w:pPr>
      <w:numPr>
        <w:numId w:val="7"/>
      </w:numPr>
      <w:contextualSpacing/>
    </w:pPr>
  </w:style>
  <w:style w:type="paragraph" w:styleId="Listafolytatsa">
    <w:name w:val="List Continue"/>
    <w:basedOn w:val="Norml"/>
    <w:uiPriority w:val="99"/>
    <w:unhideWhenUsed/>
    <w:rsid w:val="0029639D"/>
    <w:pPr>
      <w:spacing w:after="120"/>
      <w:ind w:left="360"/>
      <w:contextualSpacing/>
    </w:pPr>
  </w:style>
  <w:style w:type="paragraph" w:styleId="Listafolytatsa2">
    <w:name w:val="List Continue 2"/>
    <w:basedOn w:val="Norml"/>
    <w:uiPriority w:val="99"/>
    <w:unhideWhenUsed/>
    <w:rsid w:val="0029639D"/>
    <w:pPr>
      <w:spacing w:after="120"/>
      <w:ind w:left="720"/>
      <w:contextualSpacing/>
    </w:pPr>
  </w:style>
  <w:style w:type="paragraph" w:styleId="Listafolytatsa3">
    <w:name w:val="List Continue 3"/>
    <w:basedOn w:val="Norml"/>
    <w:uiPriority w:val="99"/>
    <w:unhideWhenUsed/>
    <w:rsid w:val="0029639D"/>
    <w:pPr>
      <w:spacing w:after="120"/>
      <w:ind w:left="1080"/>
      <w:contextualSpacing/>
    </w:pPr>
  </w:style>
  <w:style w:type="paragraph" w:styleId="Makrszvege">
    <w:name w:val="macro"/>
    <w:link w:val="Makrszvege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krszvegeChar">
    <w:name w:val="Makró szövege Char"/>
    <w:basedOn w:val="Bekezdsalapbettpusa"/>
    <w:link w:val="Makrszvege"/>
    <w:uiPriority w:val="99"/>
    <w:rsid w:val="0029639D"/>
    <w:rPr>
      <w:rFonts w:ascii="Courier" w:hAnsi="Courier"/>
      <w:sz w:val="20"/>
      <w:szCs w:val="20"/>
    </w:rPr>
  </w:style>
  <w:style w:type="paragraph" w:styleId="Idzet">
    <w:name w:val="Quote"/>
    <w:basedOn w:val="Norml"/>
    <w:next w:val="Norml"/>
    <w:link w:val="IdzetChar"/>
    <w:uiPriority w:val="29"/>
    <w:qFormat/>
    <w:rsid w:val="00FC693F"/>
    <w:rPr>
      <w:i/>
      <w:iCs/>
      <w:color w:val="000000" w:themeColor="text1"/>
    </w:rPr>
  </w:style>
  <w:style w:type="character" w:customStyle="1" w:styleId="IdzetChar">
    <w:name w:val="Idézet Char"/>
    <w:basedOn w:val="Bekezdsalapbettpusa"/>
    <w:link w:val="Idzet"/>
    <w:uiPriority w:val="29"/>
    <w:rsid w:val="00FC693F"/>
    <w:rPr>
      <w:i/>
      <w:iCs/>
      <w:color w:val="000000" w:themeColor="text1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Kpalrs">
    <w:name w:val="caption"/>
    <w:basedOn w:val="Norml"/>
    <w:next w:val="Norm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Kiemels2">
    <w:name w:val="Strong"/>
    <w:basedOn w:val="Bekezdsalapbettpusa"/>
    <w:uiPriority w:val="22"/>
    <w:qFormat/>
    <w:rsid w:val="00FC693F"/>
    <w:rPr>
      <w:b/>
      <w:bCs/>
    </w:rPr>
  </w:style>
  <w:style w:type="character" w:styleId="Kiemels">
    <w:name w:val="Emphasis"/>
    <w:basedOn w:val="Bekezdsalapbettpusa"/>
    <w:uiPriority w:val="20"/>
    <w:qFormat/>
    <w:rsid w:val="00FC693F"/>
    <w:rPr>
      <w:i/>
      <w:iCs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FC693F"/>
    <w:rPr>
      <w:b/>
      <w:bCs/>
      <w:i/>
      <w:iCs/>
      <w:color w:val="4F81BD" w:themeColor="accent1"/>
    </w:rPr>
  </w:style>
  <w:style w:type="character" w:styleId="Finomkiemels">
    <w:name w:val="Subtle Emphasis"/>
    <w:basedOn w:val="Bekezdsalapbettpusa"/>
    <w:uiPriority w:val="19"/>
    <w:qFormat/>
    <w:rsid w:val="00FC693F"/>
    <w:rPr>
      <w:i/>
      <w:iCs/>
      <w:color w:val="808080" w:themeColor="text1" w:themeTint="7F"/>
    </w:rPr>
  </w:style>
  <w:style w:type="character" w:styleId="Erskiemels">
    <w:name w:val="Intense Emphasis"/>
    <w:basedOn w:val="Bekezdsalapbettpusa"/>
    <w:uiPriority w:val="21"/>
    <w:qFormat/>
    <w:rsid w:val="00FC693F"/>
    <w:rPr>
      <w:b/>
      <w:bCs/>
      <w:i/>
      <w:iCs/>
      <w:color w:val="4F81BD" w:themeColor="accent1"/>
    </w:rPr>
  </w:style>
  <w:style w:type="character" w:styleId="Finomhivatkozs">
    <w:name w:val="Subtle Reference"/>
    <w:basedOn w:val="Bekezdsalapbettpusa"/>
    <w:uiPriority w:val="31"/>
    <w:qFormat/>
    <w:rsid w:val="00FC693F"/>
    <w:rPr>
      <w:smallCaps/>
      <w:color w:val="C0504D" w:themeColor="accent2"/>
      <w:u w:val="single"/>
    </w:rPr>
  </w:style>
  <w:style w:type="character" w:styleId="Ershivatkozs">
    <w:name w:val="Intense Reference"/>
    <w:basedOn w:val="Bekezdsalapbettpusa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Knyvcme">
    <w:name w:val="Book Title"/>
    <w:basedOn w:val="Bekezdsalapbettpusa"/>
    <w:uiPriority w:val="33"/>
    <w:qFormat/>
    <w:rsid w:val="00FC693F"/>
    <w:rPr>
      <w:b/>
      <w:bCs/>
      <w:smallCaps/>
      <w:spacing w:val="5"/>
    </w:rPr>
  </w:style>
  <w:style w:type="paragraph" w:styleId="Tartalomjegyzkcmsora">
    <w:name w:val="TOC Heading"/>
    <w:basedOn w:val="Cmsor1"/>
    <w:next w:val="Norml"/>
    <w:uiPriority w:val="39"/>
    <w:semiHidden/>
    <w:unhideWhenUsed/>
    <w:qFormat/>
    <w:rsid w:val="00FC693F"/>
    <w:pPr>
      <w:outlineLvl w:val="9"/>
    </w:pPr>
  </w:style>
  <w:style w:type="table" w:styleId="Rcsostblzat">
    <w:name w:val="Table Grid"/>
    <w:basedOn w:val="Normltblzat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Vilgostnus">
    <w:name w:val="Light Shading"/>
    <w:basedOn w:val="Normltblzat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Vilgosrnykols1jellszn">
    <w:name w:val="Light Shading Accent 1"/>
    <w:basedOn w:val="Normltblzat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Vilgosrnykols2jellszn">
    <w:name w:val="Light Shading Accent 2"/>
    <w:basedOn w:val="Normltblzat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Vilgosrnykols3jellszn">
    <w:name w:val="Light Shading Accent 3"/>
    <w:basedOn w:val="Normltblzat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Vilgosrnykols4jellszn">
    <w:name w:val="Light Shading Accent 4"/>
    <w:basedOn w:val="Normltblzat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Vilgosrnykols5jellszn">
    <w:name w:val="Light Shading Accent 5"/>
    <w:basedOn w:val="Normltblzat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Vilgosrnykols6jellszn">
    <w:name w:val="Light Shading Accent 6"/>
    <w:basedOn w:val="Normltblzat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Vilgoslista">
    <w:name w:val="Light List"/>
    <w:basedOn w:val="Normltblzat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Vilgoslista1jellszn">
    <w:name w:val="Light List Accent 1"/>
    <w:basedOn w:val="Normltblzat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Vilgoslista2jellszn">
    <w:name w:val="Light List Accent 2"/>
    <w:basedOn w:val="Normltblzat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Vilgoslista3jellszn">
    <w:name w:val="Light List Accent 3"/>
    <w:basedOn w:val="Normltblzat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Vilgoslista4jellszn">
    <w:name w:val="Light List Accent 4"/>
    <w:basedOn w:val="Normltblzat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Vilgoslista5jellszn">
    <w:name w:val="Light List Accent 5"/>
    <w:basedOn w:val="Normltblzat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Vilgoslista6jellszn">
    <w:name w:val="Light List Accent 6"/>
    <w:basedOn w:val="Normltblzat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Vilgosrcs">
    <w:name w:val="Light Grid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Vilgosrcs1jellszn">
    <w:name w:val="Light Grid Accent 1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Vilgosrcs2jellszn">
    <w:name w:val="Light Grid Accent 2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Vilgosrcs3jellszn">
    <w:name w:val="Light Grid Accent 3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Vilgosrcs4jellszn">
    <w:name w:val="Light Grid Accent 4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Vilgosrcs5jellszn">
    <w:name w:val="Light Grid Accent 5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Vilgosrcs6jellszn">
    <w:name w:val="Light Grid Accent 6"/>
    <w:basedOn w:val="Normltblzat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Kzepesrnykols1">
    <w:name w:val="Medium Shading 1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1jellszn">
    <w:name w:val="Medium Shading 1 Accent 1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2jellszn">
    <w:name w:val="Medium Shading 1 Accent 2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3jellszn">
    <w:name w:val="Medium Shading 1 Accent 3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4jellszn">
    <w:name w:val="Medium Shading 1 Accent 4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5jellszn">
    <w:name w:val="Medium Shading 1 Accent 5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16jellszn">
    <w:name w:val="Medium Shading 1 Accent 6"/>
    <w:basedOn w:val="Normltblzat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Kzepesrnykols2">
    <w:name w:val="Medium Shading 2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1jellszn">
    <w:name w:val="Medium Shading 2 Accent 1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2jellszn">
    <w:name w:val="Medium Shading 2 Accent 2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3jellszn">
    <w:name w:val="Medium Shading 2 Accent 3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4jellszn">
    <w:name w:val="Medium Shading 2 Accent 4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5jellszn">
    <w:name w:val="Medium Shading 2 Accent 5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rnykols26jellszn">
    <w:name w:val="Medium Shading 2 Accent 6"/>
    <w:basedOn w:val="Normltblzat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Kzepeslista1">
    <w:name w:val="Medium List 1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Kzepeslista11jellszn">
    <w:name w:val="Medium List 1 Accent 1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Kzepeslista12jellszn">
    <w:name w:val="Medium List 1 Accent 2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Kzepeslista13jellszn">
    <w:name w:val="Medium List 1 Accent 3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Kzepeslista14jellszn">
    <w:name w:val="Medium List 1 Accent 4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Kzepeslista15jellszn">
    <w:name w:val="Medium List 1 Accent 5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Kzepeslista16jellszn">
    <w:name w:val="Medium List 1 Accent 6"/>
    <w:basedOn w:val="Normltblzat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Kzepeslista2">
    <w:name w:val="Medium List 2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1jellszn">
    <w:name w:val="Medium List 2 Accent 1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2jellszn">
    <w:name w:val="Medium List 2 Accent 2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3jellszn">
    <w:name w:val="Medium List 2 Accent 3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4jellszn">
    <w:name w:val="Medium List 2 Accent 4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5jellszn">
    <w:name w:val="Medium List 2 Accent 5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lista26jellszn">
    <w:name w:val="Medium List 2 Accent 6"/>
    <w:basedOn w:val="Normltblzat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Kzepesrcs1">
    <w:name w:val="Medium Grid 1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Kzepesrcs11jellszn">
    <w:name w:val="Medium Grid 1 Accent 1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Kzepesrcs12jellszn">
    <w:name w:val="Medium Grid 1 Accent 2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Kzepesrcs13jellszn">
    <w:name w:val="Medium Grid 1 Accent 3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Kzepesrcs14jellszn">
    <w:name w:val="Medium Grid 1 Accent 4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Kzepesrcs15jellszn">
    <w:name w:val="Medium Grid 1 Accent 5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Kzepesrcs16jellszn">
    <w:name w:val="Medium Grid 1 Accent 6"/>
    <w:basedOn w:val="Normltblzat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Kzepesrcs2">
    <w:name w:val="Medium Grid 2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1jellszn">
    <w:name w:val="Medium Grid 2 Accent 1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2jellszn">
    <w:name w:val="Medium Grid 2 Accent 2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3jellszn">
    <w:name w:val="Medium Grid 2 Accent 3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4jellszn">
    <w:name w:val="Medium Grid 2 Accent 4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5jellszn">
    <w:name w:val="Medium Grid 2 Accent 5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26jellszn">
    <w:name w:val="Medium Grid 2 Accent 6"/>
    <w:basedOn w:val="Normltblzat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zepesrcs3">
    <w:name w:val="Medium Grid 3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Kzepesrcs31jellszn">
    <w:name w:val="Medium Grid 3 Accent 1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Kzepesrcs32jellszn">
    <w:name w:val="Medium Grid 3 Accent 2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Kzepesrcs33jellszn">
    <w:name w:val="Medium Grid 3 Accent 3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Kzepesrcs34jellszn">
    <w:name w:val="Medium Grid 3 Accent 4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Kzepesrcs35jellszn">
    <w:name w:val="Medium Grid 3 Accent 5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Kzepesrcs36jellszn">
    <w:name w:val="Medium Grid 3 Accent 6"/>
    <w:basedOn w:val="Normltblzat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Sttlista">
    <w:name w:val="Dark List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Sttlista1jellszn">
    <w:name w:val="Dark List Accent 1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Sttlista2jellszn">
    <w:name w:val="Dark List Accent 2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Sttlista3jellszn">
    <w:name w:val="Dark List Accent 3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Sttlista4jellszn">
    <w:name w:val="Dark List Accent 4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Sttlista5jellszn">
    <w:name w:val="Dark List Accent 5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Sttlista6jellszn">
    <w:name w:val="Dark List Accent 6"/>
    <w:basedOn w:val="Normltblzat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Sznesrnykols">
    <w:name w:val="Colorful Shading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rnykols1jellszn">
    <w:name w:val="Colorful Shading Accent 1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rnykols2jellszn">
    <w:name w:val="Colorful Shading Accent 2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rnykols3jellszn">
    <w:name w:val="Colorful Shading Accent 3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znesrnykols4jellszn">
    <w:name w:val="Colorful Shading Accent 4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rnykols5jellszn">
    <w:name w:val="Colorful Shading Accent 5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rnykols6jellszn">
    <w:name w:val="Colorful Shading Accent 6"/>
    <w:basedOn w:val="Normltblzat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zneslista">
    <w:name w:val="Colorful List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Szneslista1jellszn">
    <w:name w:val="Colorful List Accent 1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Szneslista2jellszn">
    <w:name w:val="Colorful List Accent 2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Szneslista3jellszn">
    <w:name w:val="Colorful List Accent 3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Szneslista4jellszn">
    <w:name w:val="Colorful List Accent 4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Szneslista5jellszn">
    <w:name w:val="Colorful List Accent 5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Szneslista6jellszn">
    <w:name w:val="Colorful List Accent 6"/>
    <w:basedOn w:val="Normltblzat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Sznesrcs">
    <w:name w:val="Colorful Grid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Sznesrcs1jellszn">
    <w:name w:val="Colorful Grid Accent 1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Sznesrcs2jellszn">
    <w:name w:val="Colorful Grid Accent 2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Sznesrcs3jellszn">
    <w:name w:val="Colorful Grid Accent 3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znesrcs4jellszn">
    <w:name w:val="Colorful Grid Accent 4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Sznesrcs5jellszn">
    <w:name w:val="Colorful Grid Accent 5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znesrcs6jellszn">
    <w:name w:val="Colorful Grid Accent 6"/>
    <w:basedOn w:val="Normltblzat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190</Words>
  <Characters>1311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1499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Iskola</cp:lastModifiedBy>
  <cp:revision>2</cp:revision>
  <dcterms:created xsi:type="dcterms:W3CDTF">2025-06-17T08:07:00Z</dcterms:created>
  <dcterms:modified xsi:type="dcterms:W3CDTF">2025-06-17T08:07:00Z</dcterms:modified>
  <cp:category/>
</cp:coreProperties>
</file>